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A IMPORTANCIA DE RELATAR CONDICOES INSEGURAS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after="200"/>
        <w:jc w:val="center"/>
      </w:pPr>
      <w:r>
        <w:rPr>
          <w:i/>
          <w:color w:val="9E9E9E"/>
          <w:sz w:val="18"/>
        </w:rPr>
        <w:t>[Imagem ilustrativa não disponível]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Roberto tinha 38 anos, pai de dois filhos, e trabalhava há seis anos como operador de produção numa metalúrgica no interior de São Paulo. Era daquele tipo de trabalhador que todo supervisor quer na equipe: pontual, dedicado, nunca reclamava de nada. Talvez esse "nunca reclamar de nada" tenha sido o maior problema.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Há três semanas antes do acidente, Roberto havia notado que o protetor da prensa hidráulica estava com um parafuso solto. A cada ciclo da máquina, a proteção vibrava e se deslocava alguns milímetros. Ele pensou em falar, mas o supervisor estava ocupado, a produção estava atrasada, e ele disse a si mesmo: "alguém já deve ter visto isso." Ninguém tinha.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Na manhã de uma terça-feira comum, enquanto ajustava uma peça na prensa, a proteção cedeu. A máquina acionou. Roberto perdeu dois dedos da mão direita.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Na UTI, quando a família chegou, ele repetiu uma frase que ninguém esqueceu: "Eu sabia que estava errado. Eu só não falei."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Dois dedos. Uma família abalada. Uma frase que pesa toneladas.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Segundo dados do Observatório de Segurança e Saúde no Trabalho, o Brasil registra mais de 600 mil acidentes formais por ano, e estudos indicam que em mais de 70% dos casos há relatos de que condições inseguras eram visíveis antes do evento. A NR-1 (Portaria MTE 1.419/2024) estabelece que o trabalhador tem o direito e o dever de comunicar ao empregador situações de risco que identifique no ambiente de trabalho. Silenciar diante de um perigo não é prudência, é cumplicidade involuntária com o acidente. Relatar não é fraqueza, não é "encrenca" — é o ato mais responsável que um trabalhador pode praticar.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Condição insegura é qualquer coisa fora do padrão**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Piso molhado sem sinalização, equipamento com defeito, EPI danificado, iluminação precária, proteção solta. Se você olhou e pensou "isso não está certo", você já identificou uma condição insegura. Confie no seu instinto.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Comunicar é proteger a si e ao colega**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perigo que você não reporta hoje pode ferir você amanhã, ou o colega que assume seu posto no turno seguinte. Falar é um ato de cuidado com a equipe inteira, não apenas com você mesmo.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canal certo faz diferença**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Informe ao supervisor imediato, anote no registro de ocorrências ou acione a CIPA. Não basta comentar informalmente com um colega — o relato precisa chegar a quem tem poder de agir. Comunicação verbal não registrada some no ar.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Nenhuma produção vale mais que uma vida**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pressão por metas e prazos é real, mas nenhuma empresa se sustenta com acidentes. Um colaborador afastado, um processo trabalhista, uma interdição: o custo do silêncio é sempre maior que o custo da correção. A liderança precisa ouvi-lo sem retaliação.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Quem relata não cria problema, resolve**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Existe ainda o medo de "ser chato" ou "atrapalhar". Mas quem sinaliza um risco antecipadamente é quem evita o pior cenário. Trabalhador que relata condição insegura é trabalhador comprometido com a segurança de todos.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percebeu alguma condição insegura no trabalho e deixou de relatar? O que te impediu de falar naquele momento?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você comunica um risco à liderança, sente que é ouvido e que há uma resposta? O que poderia melhorar nesse processo aqui na nossa equipe?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um colega seu identificasse um perigo agora, mas tivesse receio de falar, o que você diria a ele?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Relatar uma condição insegura é o gesto mais simples e mais poderoso que existe dentro de uma cultura de segurança. Não existe herói solitário em segurança do trabalho — a proteção de todos depende da voz de cada um. A partir de hoje, se você viu, fale. Se você identificou, reporte. Não espere que o acidente prove que você estava certo.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"A condição insegura que você callou hoje pode ser o acidente que você vai lamentar amanhã. Abra a boca antes que o perigo abra um prontuário."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